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40A" w:rsidRPr="00505348" w:rsidRDefault="00525A48">
      <w:pPr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b/>
          <w:sz w:val="28"/>
          <w:szCs w:val="28"/>
        </w:rPr>
        <w:t>INTER-MILAN BESPOKE TAILOR</w:t>
      </w:r>
    </w:p>
    <w:p w:rsidR="002A140A" w:rsidRPr="00505348" w:rsidRDefault="00525A48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b/>
          <w:sz w:val="28"/>
          <w:szCs w:val="28"/>
        </w:rPr>
        <w:t>CUSTOM TAILOR MEASUREMENT FORM</w:t>
      </w:r>
    </w:p>
    <w:p w:rsidR="002A140A" w:rsidRPr="00505348" w:rsidRDefault="00525A48">
      <w:pPr>
        <w:spacing w:after="140"/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sz w:val="28"/>
          <w:szCs w:val="28"/>
        </w:rPr>
        <w:t>740 Sukhumvit Road • Bangkok, Thailand • +66 89 665 4940 • pal@inter-milantailor.com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505348">
        <w:trPr>
          <w:trHeight w:val="712"/>
          <w:jc w:val="center"/>
        </w:trPr>
        <w:tc>
          <w:tcPr>
            <w:tcW w:w="10656" w:type="dxa"/>
            <w:shd w:val="clear" w:color="auto" w:fill="222222"/>
            <w:vAlign w:val="center"/>
          </w:tcPr>
          <w:p w:rsidR="002A140A" w:rsidRPr="00505348" w:rsidRDefault="00525A48">
            <w:pPr>
              <w:spacing w:after="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color w:val="FFFFFF"/>
                <w:sz w:val="28"/>
                <w:szCs w:val="28"/>
              </w:rPr>
              <w:t>1. PERSONAL INFORMATION</w:t>
            </w:r>
          </w:p>
        </w:tc>
      </w:tr>
    </w:tbl>
    <w:p w:rsidR="002A140A" w:rsidRPr="00505348" w:rsidRDefault="002A140A">
      <w:pPr>
        <w:spacing w:after="2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2A140A" w:rsidRPr="00505348" w:rsidTr="00505348">
        <w:trPr>
          <w:trHeight w:val="600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Full Name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Date of Birth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505348">
        <w:trPr>
          <w:trHeight w:val="552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Email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Phone / WhatsApp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B85EBD">
        <w:trPr>
          <w:trHeight w:val="522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Address</w:t>
            </w:r>
          </w:p>
        </w:tc>
        <w:tc>
          <w:tcPr>
            <w:tcW w:w="2664" w:type="dxa"/>
            <w:vAlign w:val="center"/>
          </w:tcPr>
          <w:p w:rsidR="002A140A" w:rsidRPr="00505348" w:rsidRDefault="005053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Country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B85EBD">
        <w:trPr>
          <w:trHeight w:val="546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Preferred Contact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Client / Order No.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2A140A" w:rsidRPr="00505348" w:rsidTr="00B85EBD">
        <w:trPr>
          <w:trHeight w:val="554"/>
          <w:jc w:val="center"/>
        </w:trPr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Garment / Occasion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664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Required Date</w:t>
            </w:r>
          </w:p>
        </w:tc>
        <w:tc>
          <w:tcPr>
            <w:tcW w:w="2664" w:type="dxa"/>
            <w:vAlign w:val="center"/>
          </w:tcPr>
          <w:p w:rsidR="002A140A" w:rsidRPr="00505348" w:rsidRDefault="002A140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505348">
        <w:trPr>
          <w:trHeight w:val="826"/>
          <w:jc w:val="center"/>
        </w:trPr>
        <w:tc>
          <w:tcPr>
            <w:tcW w:w="10656" w:type="dxa"/>
            <w:shd w:val="clear" w:color="auto" w:fill="222222"/>
            <w:vAlign w:val="center"/>
          </w:tcPr>
          <w:p w:rsidR="002A140A" w:rsidRPr="00505348" w:rsidRDefault="00525A48">
            <w:pPr>
              <w:spacing w:after="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color w:val="FFFFFF"/>
                <w:sz w:val="28"/>
                <w:szCs w:val="28"/>
              </w:rPr>
              <w:t>2. BODY MEASUREMENTS</w:t>
            </w:r>
          </w:p>
        </w:tc>
      </w:tr>
    </w:tbl>
    <w:p w:rsidR="002A140A" w:rsidRPr="00505348" w:rsidRDefault="002A140A">
      <w:pPr>
        <w:spacing w:after="20"/>
        <w:rPr>
          <w:rFonts w:asciiTheme="majorHAnsi" w:hAnsiTheme="majorHAnsi" w:cstheme="majorHAnsi"/>
          <w:sz w:val="28"/>
          <w:szCs w:val="28"/>
        </w:rPr>
      </w:pPr>
    </w:p>
    <w:p w:rsidR="002A140A" w:rsidRPr="00505348" w:rsidRDefault="00525A48">
      <w:pPr>
        <w:spacing w:after="80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sz w:val="28"/>
          <w:szCs w:val="28"/>
        </w:rPr>
        <w:t>Please follow the image and instruction for each measurement, then enter your measurement in the box provided.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2A140A" w:rsidRPr="00505348" w:rsidTr="00B85EBD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2A140A" w:rsidRPr="00505348" w:rsidRDefault="00B85EBD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drawing>
                <wp:inline distT="0" distB="0" distL="0" distR="0">
                  <wp:extent cx="640080" cy="1432560"/>
                  <wp:effectExtent l="0" t="0" r="7620" b="0"/>
                  <wp:docPr id="3" name="Picture 3" descr="Jacket Leng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acket Leng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2A140A" w:rsidRPr="00505348" w:rsidRDefault="00505348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t>Jacket Length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505348" w:rsidRPr="00505348" w:rsidRDefault="00B85EBD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t>Measure jacket length from shoulder seam. (required)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053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525A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Measurement:  </w:t>
            </w:r>
            <w:r w:rsidR="00505348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2A140A" w:rsidRPr="00505348" w:rsidRDefault="00525A48" w:rsidP="00505348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="00505348"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="00505348"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 w:rsid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2A140A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3B947051" wp14:editId="48A5A985">
                  <wp:extent cx="640080" cy="1432560"/>
                  <wp:effectExtent l="0" t="0" r="7620" b="0"/>
                  <wp:docPr id="39" name="Picture 39" descr="Dress Coat Leng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ress Coat Leng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EBD" w:rsidRPr="00505348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Dress Coat Length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t>Measure coat length from shoulder. (required)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69"/>
        <w:gridCol w:w="7877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17220" cy="1432560"/>
                  <wp:effectExtent l="0" t="0" r="0" b="0"/>
                  <wp:docPr id="40" name="Picture 40" descr="Vest Leng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Vest Leng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Vest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Length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t>Measure length from shoulder seam. (required)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41" name="Picture 41" descr="B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Bust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t>Measure largest part; keep tape a little higher at back. (required)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42" name="Picture 42" descr="Stoma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toma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Stomach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t>Measure Stomach. (required)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43" name="Picture 43" descr="Trousers/Skirt Wai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Trousers/Skirt Wai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B85EBD">
              <w:rPr>
                <w:rFonts w:asciiTheme="majorHAnsi" w:hAnsiTheme="majorHAnsi" w:cstheme="majorHAnsi"/>
                <w:b/>
                <w:sz w:val="28"/>
                <w:szCs w:val="28"/>
              </w:rPr>
              <w:t>Trousers/Skirt Wais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85EBD">
              <w:rPr>
                <w:rFonts w:asciiTheme="majorHAnsi" w:hAnsiTheme="majorHAnsi" w:cstheme="majorHAnsi"/>
                <w:sz w:val="28"/>
                <w:szCs w:val="28"/>
              </w:rPr>
              <w:t>Trousers/Skirt Wais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t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CA283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44" name="Picture 44" descr="Hi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i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CA2836">
              <w:rPr>
                <w:rFonts w:asciiTheme="majorHAnsi" w:hAnsiTheme="majorHAnsi" w:cstheme="majorHAnsi"/>
                <w:b/>
                <w:sz w:val="28"/>
                <w:szCs w:val="28"/>
              </w:rPr>
              <w:t>Hips</w:t>
            </w:r>
            <w:r w:rsidR="00CA2836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CA283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A2836">
              <w:rPr>
                <w:rFonts w:asciiTheme="majorHAnsi" w:hAnsiTheme="majorHAnsi" w:cstheme="majorHAnsi"/>
                <w:sz w:val="28"/>
                <w:szCs w:val="28"/>
              </w:rPr>
              <w:t>Measure 7" below the waist or widest point of hips. (required)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CA283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45" name="Picture 45" descr="Full Should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ull Should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CA2836">
              <w:rPr>
                <w:rFonts w:asciiTheme="majorHAnsi" w:hAnsiTheme="majorHAnsi" w:cstheme="majorHAnsi"/>
                <w:b/>
                <w:sz w:val="28"/>
                <w:szCs w:val="28"/>
              </w:rPr>
              <w:t>Full Shoulder</w:t>
            </w:r>
            <w:r w:rsidR="00CA2836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FB5FD5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FB5FD5">
              <w:rPr>
                <w:rFonts w:asciiTheme="majorHAnsi" w:hAnsiTheme="majorHAnsi" w:cstheme="majorHAnsi"/>
                <w:sz w:val="28"/>
                <w:szCs w:val="28"/>
              </w:rPr>
              <w:t xml:space="preserve">Measure across back from outside of one shoulder to other. 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FB5FD5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46" name="Picture 46" descr="Half Should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alf Should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FB5FD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Half </w:t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Shoulder</w:t>
            </w:r>
            <w:r w:rsidR="00FB5FD5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FB5FD5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FB5FD5">
              <w:rPr>
                <w:rFonts w:asciiTheme="majorHAnsi" w:hAnsiTheme="majorHAnsi" w:cstheme="majorHAnsi"/>
                <w:sz w:val="28"/>
                <w:szCs w:val="28"/>
              </w:rPr>
              <w:t xml:space="preserve">Measure from top shoulder seam to </w:t>
            </w:r>
            <w:r w:rsidR="004709CD">
              <w:rPr>
                <w:rFonts w:asciiTheme="majorHAnsi" w:hAnsiTheme="majorHAnsi" w:cstheme="majorHAnsi"/>
                <w:sz w:val="28"/>
                <w:szCs w:val="28"/>
              </w:rPr>
              <w:t>end of shoulder seam.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4709CD" w:rsidRDefault="004709C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47" name="Picture 47" descr="Slee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lee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Sleeves</w:t>
            </w:r>
            <w:r w:rsidR="004709CD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4709C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>Measure from shoulder sea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m to waist with arm bent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48" name="Picture 48" descr="Cuf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uff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Cuffs</w:t>
            </w:r>
            <w:r w:rsidR="004709CD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4709CD" w:rsidRDefault="004709CD" w:rsidP="004709CD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>Measure around cuff. (required)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69"/>
        <w:gridCol w:w="7877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17220" cy="1432560"/>
                  <wp:effectExtent l="0" t="0" r="0" b="0"/>
                  <wp:docPr id="49" name="Picture 49" descr="Fro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ro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Front</w:t>
            </w:r>
            <w:r w:rsidR="004709CD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4709C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>Measure from shoulder seam to front waist. (required)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4709CD" w:rsidRDefault="004709C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50" name="Picture 50" descr="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Back</w:t>
            </w:r>
            <w:r w:rsidR="004709CD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4709CD" w:rsidRPr="00505348" w:rsidRDefault="004709C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 xml:space="preserve">Measure across back from joining of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one arm to the other. 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51" name="Picture 51" descr="Back Leng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ck Leng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Back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Length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4709C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 xml:space="preserve">Measure from nape of neck to center of waist. 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7700" cy="1432560"/>
                  <wp:effectExtent l="0" t="0" r="0" b="0"/>
                  <wp:docPr id="52" name="Picture 52" descr="Shoulder to B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Shoulder to B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Shoulder To Bust</w:t>
            </w:r>
            <w:r w:rsidR="004709CD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4709C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>Measure from shoulders seam to bust line.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69"/>
        <w:gridCol w:w="7877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17220" cy="1432560"/>
                  <wp:effectExtent l="0" t="0" r="0" b="0"/>
                  <wp:docPr id="53" name="Picture 53" descr="Shoulder to Wai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Shoulder to Wai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Shoulder To Waist</w:t>
            </w:r>
            <w:r w:rsidR="004709CD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4709C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709CD">
              <w:rPr>
                <w:rFonts w:asciiTheme="majorHAnsi" w:hAnsiTheme="majorHAnsi" w:cstheme="majorHAnsi"/>
                <w:sz w:val="28"/>
                <w:szCs w:val="28"/>
              </w:rPr>
              <w:t>Measure from shoulder seam to front waist. (required)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4709C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17320"/>
                  <wp:effectExtent l="0" t="0" r="7620" b="0"/>
                  <wp:docPr id="54" name="Picture 54" descr="Bust to B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Bust to B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4709CD">
              <w:rPr>
                <w:rFonts w:asciiTheme="majorHAnsi" w:hAnsiTheme="majorHAnsi" w:cstheme="majorHAnsi"/>
                <w:b/>
                <w:sz w:val="28"/>
                <w:szCs w:val="28"/>
              </w:rPr>
              <w:t>Bust To Bust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782B10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82B10">
              <w:rPr>
                <w:rFonts w:asciiTheme="majorHAnsi" w:hAnsiTheme="majorHAnsi" w:cstheme="majorHAnsi"/>
                <w:sz w:val="28"/>
                <w:szCs w:val="28"/>
              </w:rPr>
              <w:t>Measure width of bust from one nipple to the other.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B85EBD" w:rsidRDefault="00B85EBD" w:rsidP="00B85EBD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B85EBD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B85EBD" w:rsidRDefault="00B85EBD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85EBD" w:rsidRPr="00505348" w:rsidRDefault="00782B10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55" name="Picture 55" descr="Ne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Ne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B85EBD" w:rsidRPr="00505348" w:rsidRDefault="00B85EBD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782B10">
              <w:rPr>
                <w:rFonts w:asciiTheme="majorHAnsi" w:hAnsiTheme="majorHAnsi" w:cstheme="majorHAnsi"/>
                <w:b/>
                <w:sz w:val="28"/>
                <w:szCs w:val="28"/>
              </w:rPr>
              <w:t>Neck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B85EBD" w:rsidRPr="00505348" w:rsidRDefault="00782B10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82B10">
              <w:rPr>
                <w:rFonts w:asciiTheme="majorHAnsi" w:hAnsiTheme="majorHAnsi" w:cstheme="majorHAnsi"/>
                <w:sz w:val="28"/>
                <w:szCs w:val="28"/>
              </w:rPr>
              <w:t>Measure around the neck. (required)</w:t>
            </w:r>
            <w:r w:rsidR="00B85EBD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B85EBD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B85EBD" w:rsidRPr="00505348" w:rsidRDefault="00B85EBD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7C6156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7C6156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7C6156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C6156" w:rsidRPr="00505348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71" name="Picture 71" descr="Trousers Outs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Trousers Outs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7C6156" w:rsidRPr="00505348" w:rsidRDefault="007C6156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Trouser </w:t>
            </w:r>
            <w:proofErr w:type="spellStart"/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Outseam</w:t>
            </w:r>
            <w:proofErr w:type="spellEnd"/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C6156">
              <w:rPr>
                <w:rFonts w:asciiTheme="majorHAnsi" w:hAnsiTheme="majorHAnsi" w:cstheme="majorHAnsi"/>
                <w:sz w:val="28"/>
                <w:szCs w:val="28"/>
              </w:rPr>
              <w:t xml:space="preserve">Measure from top of waist band to bottom of cuff.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7C6156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7C6156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7C6156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C6156" w:rsidRPr="00505348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72" name="Picture 72" descr="Trousers ins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Trousers ins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7C6156" w:rsidRPr="00505348" w:rsidRDefault="007C6156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Trouser Inseam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C6156">
              <w:rPr>
                <w:rFonts w:asciiTheme="majorHAnsi" w:hAnsiTheme="majorHAnsi" w:cstheme="majorHAnsi"/>
                <w:sz w:val="28"/>
                <w:szCs w:val="28"/>
              </w:rPr>
              <w:t>Measure inseam from crotch to bottom of cuff.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7C6156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7C6156" w:rsidRPr="00505348" w:rsidTr="00AA07A8">
        <w:trPr>
          <w:jc w:val="center"/>
        </w:trPr>
        <w:tc>
          <w:tcPr>
            <w:tcW w:w="2772" w:type="dxa"/>
            <w:shd w:val="clear" w:color="auto" w:fill="FFFFFF" w:themeFill="background1"/>
          </w:tcPr>
          <w:p w:rsidR="007C6156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C6156" w:rsidRPr="00505348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73" name="Picture 73" descr="Trouser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Trouser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4" w:type="dxa"/>
          </w:tcPr>
          <w:p w:rsidR="007C6156" w:rsidRPr="00505348" w:rsidRDefault="007C6156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Trouser U Crotch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C6156">
              <w:rPr>
                <w:rFonts w:asciiTheme="majorHAnsi" w:hAnsiTheme="majorHAnsi" w:cstheme="majorHAnsi"/>
                <w:sz w:val="28"/>
                <w:szCs w:val="28"/>
              </w:rPr>
              <w:t>Measure from the top of the waistband in the front to the top of the waistb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and in the back.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7C6156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7C6156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7C6156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C6156" w:rsidRPr="00505348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74" name="Picture 74" descr="Thig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Thig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7C6156" w:rsidRPr="00505348" w:rsidRDefault="007C6156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Thighs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7C6156">
              <w:rPr>
                <w:rFonts w:asciiTheme="majorHAnsi" w:hAnsiTheme="majorHAnsi" w:cstheme="majorHAnsi"/>
                <w:sz w:val="28"/>
                <w:szCs w:val="28"/>
              </w:rPr>
              <w:t>Measure around thigh at widest point.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7C6156" w:rsidRPr="00505348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7C6156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74"/>
      </w:tblGrid>
      <w:tr w:rsidR="007C6156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7C6156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C6156" w:rsidRPr="00505348" w:rsidRDefault="00AA07A8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40080" cy="1432560"/>
                  <wp:effectExtent l="0" t="0" r="7620" b="0"/>
                  <wp:docPr id="75" name="Picture 75" descr="Trousers required cuf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Trousers required cuff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7C6156" w:rsidRPr="00505348" w:rsidRDefault="007C6156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AA07A8">
              <w:rPr>
                <w:rFonts w:asciiTheme="majorHAnsi" w:hAnsiTheme="majorHAnsi" w:cstheme="majorHAnsi"/>
                <w:b/>
                <w:sz w:val="28"/>
                <w:szCs w:val="28"/>
              </w:rPr>
              <w:t>Trouser Cuff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7C6156" w:rsidRPr="00AA07A8" w:rsidRDefault="00AA07A8" w:rsidP="004114E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AA07A8">
              <w:rPr>
                <w:rFonts w:asciiTheme="majorHAnsi" w:hAnsiTheme="majorHAnsi" w:cstheme="majorHAnsi"/>
                <w:sz w:val="28"/>
                <w:szCs w:val="28"/>
              </w:rPr>
              <w:t>Measu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re width around cuff. </w:t>
            </w:r>
            <w:r w:rsidR="007C6156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7C6156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7C6156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7C6156" w:rsidRPr="00505348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7C6156" w:rsidRDefault="007C6156" w:rsidP="007C6156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0"/>
        <w:gridCol w:w="7876"/>
      </w:tblGrid>
      <w:tr w:rsidR="007C6156" w:rsidRPr="00505348" w:rsidTr="004114EB">
        <w:trPr>
          <w:jc w:val="center"/>
        </w:trPr>
        <w:tc>
          <w:tcPr>
            <w:tcW w:w="2952" w:type="dxa"/>
            <w:shd w:val="clear" w:color="auto" w:fill="FFFFFF" w:themeFill="background1"/>
          </w:tcPr>
          <w:p w:rsidR="007C6156" w:rsidRDefault="007C6156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C6156" w:rsidRPr="00505348" w:rsidRDefault="00AA07A8" w:rsidP="004114EB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noProof/>
                <w:lang w:bidi="th-TH"/>
              </w:rPr>
              <w:drawing>
                <wp:inline distT="0" distB="0" distL="0" distR="0">
                  <wp:extent cx="624840" cy="1432560"/>
                  <wp:effectExtent l="0" t="0" r="3810" b="0"/>
                  <wp:docPr id="76" name="Picture 76" descr="Skirt Leng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Skirt Leng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7C6156" w:rsidRPr="00505348" w:rsidRDefault="007C6156" w:rsidP="004114EB">
            <w:pPr>
              <w:spacing w:after="40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AA07A8">
              <w:rPr>
                <w:rFonts w:asciiTheme="majorHAnsi" w:hAnsiTheme="majorHAnsi" w:cstheme="majorHAnsi"/>
                <w:b/>
                <w:sz w:val="28"/>
                <w:szCs w:val="28"/>
              </w:rPr>
              <w:t>Skirt Length</w:t>
            </w:r>
            <w:r w:rsidR="00AA07A8"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:rsidR="007C6156" w:rsidRPr="00505348" w:rsidRDefault="00AA07A8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A07A8">
              <w:rPr>
                <w:rFonts w:asciiTheme="majorHAnsi" w:hAnsiTheme="majorHAnsi" w:cstheme="majorHAnsi"/>
                <w:sz w:val="28"/>
                <w:szCs w:val="28"/>
              </w:rPr>
              <w:t>Measure skirt length from waist.</w:t>
            </w:r>
            <w:r w:rsidR="007C6156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="007C6156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Your Measurement:  </w:t>
            </w:r>
            <w:r w:rsidR="007C6156"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:rsidR="007C6156" w:rsidRPr="00505348" w:rsidRDefault="007C6156" w:rsidP="004114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___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___________________________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Unit: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>
              <w:rPr>
                <w:rFonts w:ascii="Segoe UI Symbol" w:hAnsi="Segoe UI Symbol" w:cs="Segoe UI Symbol"/>
                <w:b/>
                <w:sz w:val="28"/>
                <w:szCs w:val="28"/>
              </w:rPr>
              <w:t xml:space="preserve"> inches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2A140A" w:rsidRPr="00505348" w:rsidTr="007D09D9">
        <w:trPr>
          <w:trHeight w:val="780"/>
          <w:jc w:val="center"/>
        </w:trPr>
        <w:tc>
          <w:tcPr>
            <w:tcW w:w="10656" w:type="dxa"/>
            <w:shd w:val="clear" w:color="auto" w:fill="222222"/>
            <w:vAlign w:val="center"/>
          </w:tcPr>
          <w:p w:rsidR="002A140A" w:rsidRPr="00505348" w:rsidRDefault="00525A48">
            <w:pPr>
              <w:spacing w:after="0"/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color w:val="FFFFFF"/>
                <w:sz w:val="28"/>
                <w:szCs w:val="28"/>
              </w:rPr>
              <w:t>3. STYLE / FIT NOTES</w:t>
            </w:r>
          </w:p>
        </w:tc>
      </w:tr>
    </w:tbl>
    <w:p w:rsidR="002A140A" w:rsidRPr="00505348" w:rsidRDefault="002A140A">
      <w:pPr>
        <w:spacing w:after="2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2A140A" w:rsidRPr="00505348" w:rsidTr="007D09D9">
        <w:trPr>
          <w:trHeight w:val="526"/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Preferred Fit: 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Slim  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Regular   </w:t>
            </w:r>
            <w:r w:rsidRPr="00505348">
              <w:rPr>
                <w:rFonts w:ascii="Segoe UI Symbol" w:hAnsi="Segoe UI Symbol" w:cs="Segoe UI Symbol"/>
                <w:b/>
                <w:sz w:val="28"/>
                <w:szCs w:val="28"/>
              </w:rPr>
              <w:t>☐</w:t>
            </w: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Comfort</w:t>
            </w:r>
          </w:p>
        </w:tc>
      </w:tr>
      <w:tr w:rsidR="002A140A" w:rsidRPr="00505348">
        <w:trPr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2A140A" w:rsidRPr="00505348" w:rsidTr="007D09D9">
        <w:trPr>
          <w:trHeight w:val="550"/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Garment Details / Style / Fabric / Colour:</w:t>
            </w:r>
          </w:p>
        </w:tc>
      </w:tr>
      <w:tr w:rsidR="002A140A" w:rsidRPr="00505348">
        <w:trPr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2A140A" w:rsidRPr="00505348" w:rsidTr="007D09D9">
        <w:trPr>
          <w:trHeight w:val="511"/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t>Special Instructions or Existing Garment Reference:</w:t>
            </w:r>
          </w:p>
        </w:tc>
      </w:tr>
      <w:tr w:rsidR="002A140A" w:rsidRPr="00505348">
        <w:trPr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AA07A8" w:rsidRDefault="00AA07A8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AA07A8" w:rsidRPr="00505348" w:rsidRDefault="00AA07A8">
      <w:pPr>
        <w:spacing w:after="0"/>
        <w:rPr>
          <w:rFonts w:asciiTheme="majorHAnsi" w:hAnsiTheme="majorHAnsi" w:cstheme="majorHAnsi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2A140A" w:rsidRPr="00505348">
        <w:trPr>
          <w:jc w:val="center"/>
        </w:trPr>
        <w:tc>
          <w:tcPr>
            <w:tcW w:w="10656" w:type="dxa"/>
            <w:shd w:val="clear" w:color="auto" w:fill="EEEEEE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Additional Notes:</w:t>
            </w:r>
          </w:p>
        </w:tc>
      </w:tr>
      <w:tr w:rsidR="002A140A" w:rsidRPr="00505348" w:rsidTr="007D09D9">
        <w:trPr>
          <w:trHeight w:val="1621"/>
          <w:jc w:val="center"/>
        </w:trPr>
        <w:tc>
          <w:tcPr>
            <w:tcW w:w="10656" w:type="dxa"/>
            <w:vAlign w:val="center"/>
          </w:tcPr>
          <w:p w:rsidR="002A140A" w:rsidRPr="00505348" w:rsidRDefault="00525A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505348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      </w:t>
            </w:r>
          </w:p>
        </w:tc>
      </w:tr>
    </w:tbl>
    <w:p w:rsidR="002A140A" w:rsidRPr="00505348" w:rsidRDefault="002A140A">
      <w:pPr>
        <w:spacing w:after="0"/>
        <w:rPr>
          <w:rFonts w:asciiTheme="majorHAnsi" w:hAnsiTheme="majorHAnsi" w:cstheme="majorHAnsi"/>
          <w:sz w:val="28"/>
          <w:szCs w:val="28"/>
        </w:rPr>
      </w:pPr>
    </w:p>
    <w:p w:rsidR="002A140A" w:rsidRPr="00505348" w:rsidRDefault="00525A48">
      <w:pPr>
        <w:jc w:val="center"/>
        <w:rPr>
          <w:rFonts w:asciiTheme="majorHAnsi" w:hAnsiTheme="majorHAnsi" w:cstheme="majorHAnsi"/>
          <w:sz w:val="28"/>
          <w:szCs w:val="28"/>
        </w:rPr>
      </w:pPr>
      <w:r w:rsidRPr="00505348">
        <w:rPr>
          <w:rFonts w:asciiTheme="majorHAnsi" w:hAnsiTheme="majorHAnsi" w:cstheme="majorHAnsi"/>
          <w:i/>
          <w:sz w:val="28"/>
          <w:szCs w:val="28"/>
        </w:rPr>
        <w:t>Inter-Milan Bespoke Tailor • Please save the completed Word document and return it to us.</w:t>
      </w:r>
    </w:p>
    <w:sectPr w:rsidR="002A140A" w:rsidRPr="00505348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Jasmine New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75D"/>
    <w:rsid w:val="00034616"/>
    <w:rsid w:val="0006063C"/>
    <w:rsid w:val="0015074B"/>
    <w:rsid w:val="0029639D"/>
    <w:rsid w:val="002A140A"/>
    <w:rsid w:val="00326F90"/>
    <w:rsid w:val="00362186"/>
    <w:rsid w:val="004709CD"/>
    <w:rsid w:val="00505348"/>
    <w:rsid w:val="00525A48"/>
    <w:rsid w:val="006F5DD5"/>
    <w:rsid w:val="00782B10"/>
    <w:rsid w:val="007C6156"/>
    <w:rsid w:val="007D07E2"/>
    <w:rsid w:val="007D09D9"/>
    <w:rsid w:val="00AA07A8"/>
    <w:rsid w:val="00AA1D8D"/>
    <w:rsid w:val="00B47730"/>
    <w:rsid w:val="00B85EBD"/>
    <w:rsid w:val="00BE3038"/>
    <w:rsid w:val="00CA2836"/>
    <w:rsid w:val="00CB0664"/>
    <w:rsid w:val="00E77F5E"/>
    <w:rsid w:val="00FB5F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8E40780-C686-4E61-A39F-62D975DC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" Type="http://schemas.openxmlformats.org/officeDocument/2006/relationships/styles" Target="styles.xml"/><Relationship Id="rId21" Type="http://schemas.openxmlformats.org/officeDocument/2006/relationships/image" Target="media/image16.gi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fontTable" Target="fontTable.xml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FB5A06-CA50-4BD5-989A-C9CAD228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7</cp:revision>
  <dcterms:created xsi:type="dcterms:W3CDTF">2026-10-29T20:19:00Z</dcterms:created>
  <dcterms:modified xsi:type="dcterms:W3CDTF">2026-10-29T20:49:00Z</dcterms:modified>
  <cp:category/>
</cp:coreProperties>
</file>