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40A" w:rsidRPr="00505348" w:rsidRDefault="00525A48">
      <w:pPr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b/>
          <w:sz w:val="28"/>
          <w:szCs w:val="28"/>
        </w:rPr>
        <w:t>INTER-MILAN BESPOKE TAILOR</w:t>
      </w:r>
    </w:p>
    <w:p w:rsidR="002A140A" w:rsidRPr="00505348" w:rsidRDefault="00525A48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b/>
          <w:sz w:val="28"/>
          <w:szCs w:val="28"/>
        </w:rPr>
        <w:t>CUSTOM TAILOR MEASUREMENT FORM</w:t>
      </w:r>
    </w:p>
    <w:p w:rsidR="002A140A" w:rsidRPr="00505348" w:rsidRDefault="00525A48">
      <w:pPr>
        <w:spacing w:after="140"/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sz w:val="28"/>
          <w:szCs w:val="28"/>
        </w:rPr>
        <w:t>740 Sukhumvit Road</w:t>
      </w:r>
      <w:bookmarkStart w:id="0" w:name="_GoBack"/>
      <w:bookmarkEnd w:id="0"/>
      <w:r w:rsidRPr="00505348">
        <w:rPr>
          <w:rFonts w:asciiTheme="majorHAnsi" w:hAnsiTheme="majorHAnsi" w:cstheme="majorHAnsi"/>
          <w:sz w:val="28"/>
          <w:szCs w:val="28"/>
        </w:rPr>
        <w:t xml:space="preserve"> • Bangkok, Thailand • +66 89 665 4940 • pal@inter-milantailor.com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505348">
        <w:trPr>
          <w:trHeight w:val="712"/>
          <w:jc w:val="center"/>
        </w:trPr>
        <w:tc>
          <w:tcPr>
            <w:tcW w:w="10656" w:type="dxa"/>
            <w:shd w:val="clear" w:color="auto" w:fill="222222"/>
            <w:vAlign w:val="center"/>
          </w:tcPr>
          <w:p w:rsidR="002A140A" w:rsidRPr="00505348" w:rsidRDefault="00525A48">
            <w:pPr>
              <w:spacing w:after="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color w:val="FFFFFF"/>
                <w:sz w:val="28"/>
                <w:szCs w:val="28"/>
              </w:rPr>
              <w:t>1. PERSONAL INFORMATION</w:t>
            </w:r>
          </w:p>
        </w:tc>
      </w:tr>
    </w:tbl>
    <w:p w:rsidR="002A140A" w:rsidRPr="00505348" w:rsidRDefault="002A140A">
      <w:pPr>
        <w:spacing w:after="2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2A140A" w:rsidRPr="00505348" w:rsidTr="00505348">
        <w:trPr>
          <w:trHeight w:val="600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Full Name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Date of Birth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505348">
        <w:trPr>
          <w:trHeight w:val="552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Email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Phone / WhatsApp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505348">
        <w:trPr>
          <w:trHeight w:val="1127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Address</w:t>
            </w:r>
          </w:p>
        </w:tc>
        <w:tc>
          <w:tcPr>
            <w:tcW w:w="2664" w:type="dxa"/>
            <w:vAlign w:val="center"/>
          </w:tcPr>
          <w:p w:rsidR="002A140A" w:rsidRPr="00505348" w:rsidRDefault="005053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Country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505348">
        <w:trPr>
          <w:trHeight w:val="1115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Preferred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Contact</w:t>
            </w:r>
          </w:p>
        </w:tc>
        <w:tc>
          <w:tcPr>
            <w:tcW w:w="2664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Phone   </w:t>
            </w:r>
            <w:r w:rsidRPr="00505348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WhatsApp   </w:t>
            </w:r>
            <w:r w:rsidRPr="00505348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Email</w:t>
            </w: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Client / Order No.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505348">
        <w:trPr>
          <w:trHeight w:val="720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Garment / Occasion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Required Date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505348">
        <w:trPr>
          <w:trHeight w:val="826"/>
          <w:jc w:val="center"/>
        </w:trPr>
        <w:tc>
          <w:tcPr>
            <w:tcW w:w="10656" w:type="dxa"/>
            <w:shd w:val="clear" w:color="auto" w:fill="222222"/>
            <w:vAlign w:val="center"/>
          </w:tcPr>
          <w:p w:rsidR="002A140A" w:rsidRPr="00505348" w:rsidRDefault="00525A48">
            <w:pPr>
              <w:spacing w:after="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color w:val="FFFFFF"/>
                <w:sz w:val="28"/>
                <w:szCs w:val="28"/>
              </w:rPr>
              <w:t>2. BODY MEASUREMENTS</w:t>
            </w:r>
          </w:p>
        </w:tc>
      </w:tr>
    </w:tbl>
    <w:p w:rsidR="002A140A" w:rsidRPr="00505348" w:rsidRDefault="002A140A">
      <w:pPr>
        <w:spacing w:after="20"/>
        <w:rPr>
          <w:rFonts w:asciiTheme="majorHAnsi" w:hAnsiTheme="majorHAnsi" w:cstheme="majorHAnsi"/>
          <w:sz w:val="28"/>
          <w:szCs w:val="28"/>
        </w:rPr>
      </w:pPr>
    </w:p>
    <w:p w:rsidR="002A140A" w:rsidRPr="00505348" w:rsidRDefault="00525A48">
      <w:pPr>
        <w:spacing w:after="80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sz w:val="28"/>
          <w:szCs w:val="28"/>
        </w:rPr>
        <w:t>Please follow the image and instruction for each measurement, then enter your measurement in the box provided.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m1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Neck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2A140A" w:rsidRPr="00505348" w:rsidRDefault="00525A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>Measure around your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neck just below your Adam's apple. Leave enough space between your neck and the tape for your collar.</w:t>
            </w:r>
          </w:p>
          <w:p w:rsidR="00505348" w:rsidRPr="00505348" w:rsidRDefault="00505348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2A140A" w:rsidRPr="00505348" w:rsidRDefault="00525A48" w:rsidP="00505348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="00505348"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="00505348"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lastRenderedPageBreak/>
              <w:drawing>
                <wp:inline distT="0" distB="0" distL="0" distR="0">
                  <wp:extent cx="2628900" cy="26765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m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Chest</w:t>
            </w:r>
          </w:p>
          <w:p w:rsidR="002A140A" w:rsidRPr="00505348" w:rsidRDefault="005053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around the chest at its widest point. The tape should be tuc</w:t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ked high under your armpits and sit approximately at nipple level.</w:t>
            </w:r>
          </w:p>
          <w:p w:rsidR="00505348" w:rsidRDefault="00505348" w:rsidP="00505348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2A140A" w:rsidRPr="00505348" w:rsidRDefault="00525A48" w:rsidP="00505348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____________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  Unit: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="00505348"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="00505348"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in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>ch</w:t>
            </w:r>
            <w:r w:rsidR="00505348">
              <w:rPr>
                <w:rFonts w:ascii="Segoe UI Symbol" w:hAnsi="Segoe UI Symbol" w:cs="Segoe UI Symbol"/>
                <w:b/>
                <w:sz w:val="28"/>
                <w:szCs w:val="28"/>
              </w:rPr>
              <w:t>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m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Waist</w:t>
            </w:r>
          </w:p>
          <w:p w:rsidR="002A140A" w:rsidRPr="00505348" w:rsidRDefault="005053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Measure around your stomach just above your hip bones. If you have a belly, measure at the widest point </w:t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and do not pull the tape too tight.</w:t>
            </w:r>
          </w:p>
          <w:p w:rsidR="00505348" w:rsidRDefault="00505348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</w:p>
          <w:p w:rsidR="002A140A" w:rsidRPr="00505348" w:rsidRDefault="005053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Unit: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in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ch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>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m4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Hips</w:t>
            </w:r>
          </w:p>
          <w:p w:rsidR="002A140A" w:rsidRPr="00505348" w:rsidRDefault="005053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around your hips at the widest point, including the hip and buttocks. Do not tighten the tape too much.</w:t>
            </w:r>
          </w:p>
          <w:p w:rsidR="002A140A" w:rsidRPr="00505348" w:rsidRDefault="005053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__________________________ 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lastRenderedPageBreak/>
              <w:drawing>
                <wp:inline distT="0" distB="0" distL="0" distR="0">
                  <wp:extent cx="2628900" cy="2676525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m5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Shirt Length</w:t>
            </w:r>
          </w:p>
          <w:p w:rsidR="002A140A" w:rsidRPr="00505348" w:rsidRDefault="005053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from the top of the shoulder near the neck, along the front of your body.</w:t>
            </w:r>
          </w:p>
          <w:p w:rsidR="002A140A" w:rsidRPr="00505348" w:rsidRDefault="00505348" w:rsidP="005053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____________________________   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="00525A48"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m6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Arm Length</w:t>
            </w:r>
          </w:p>
          <w:p w:rsidR="002A140A" w:rsidRPr="00505348" w:rsidRDefault="005053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from the</w:t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corner where the arm meets the shoulder down to where you want the cuff to finish.</w:t>
            </w:r>
          </w:p>
          <w:p w:rsidR="002A140A" w:rsidRPr="00505348" w:rsidRDefault="005053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_________________________   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="00525A48"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m7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Shoulder</w:t>
            </w:r>
          </w:p>
          <w:p w:rsidR="002A140A" w:rsidRPr="00505348" w:rsidRDefault="005053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across the shoulders from one shoulder tip to the other, right on the corner</w:t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points.</w:t>
            </w:r>
          </w:p>
          <w:p w:rsidR="002A140A" w:rsidRPr="00505348" w:rsidRDefault="005053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______________________________  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="00525A48"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505348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lastRenderedPageBreak/>
              <w:drawing>
                <wp:inline distT="0" distB="0" distL="0" distR="0">
                  <wp:extent cx="2628900" cy="2676525"/>
                  <wp:effectExtent l="0" t="0" r="0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m8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BE303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Armhole</w:t>
            </w:r>
          </w:p>
          <w:p w:rsidR="002A140A" w:rsidRPr="00505348" w:rsidRDefault="00BE303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from the top of the shoulder, down the front, under the armpit and back up to the top of the shoulder with ease.</w:t>
            </w:r>
          </w:p>
          <w:p w:rsidR="002A140A" w:rsidRPr="00505348" w:rsidRDefault="00BE303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362186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m9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362186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Bicep</w:t>
            </w:r>
          </w:p>
          <w:p w:rsidR="002A140A" w:rsidRPr="00505348" w:rsidRDefault="00362186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around your upper arm at the widest point. Do not tighten the tape.</w:t>
            </w:r>
          </w:p>
          <w:p w:rsidR="002A140A" w:rsidRPr="00505348" w:rsidRDefault="0036218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362186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m10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362186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Wrist</w:t>
            </w:r>
          </w:p>
          <w:p w:rsidR="002A140A" w:rsidRPr="00505348" w:rsidRDefault="00362186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Place the tape around your wr</w:t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ist at the narrowest point. Hold it comfortably and do not make it tight.</w:t>
            </w:r>
          </w:p>
          <w:p w:rsidR="002A140A" w:rsidRPr="00505348" w:rsidRDefault="0036218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01475D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lastRenderedPageBreak/>
              <w:drawing>
                <wp:inline distT="0" distB="0" distL="0" distR="0">
                  <wp:extent cx="2628900" cy="2676525"/>
                  <wp:effectExtent l="0" t="0" r="0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m11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01475D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Pant Waist</w:t>
            </w:r>
          </w:p>
          <w:p w:rsidR="002A140A" w:rsidRPr="00505348" w:rsidRDefault="0001475D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around your waist at the point where you normally wear your pants.</w:t>
            </w:r>
          </w:p>
          <w:p w:rsidR="002A140A" w:rsidRPr="00505348" w:rsidRDefault="0001475D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Your Measurement: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01475D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m12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01475D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Pant Hips</w:t>
            </w:r>
          </w:p>
          <w:p w:rsidR="002A140A" w:rsidRPr="00505348" w:rsidRDefault="0001475D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around the hip and buttocks at the widest point. Leave enough room to sit and move freely.</w:t>
            </w:r>
          </w:p>
          <w:p w:rsidR="002A140A" w:rsidRPr="00505348" w:rsidRDefault="0001475D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01475D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m13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01475D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Crotch</w:t>
            </w:r>
          </w:p>
          <w:p w:rsidR="002A140A" w:rsidRPr="00505348" w:rsidRDefault="0001475D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Start at the middle front of your pants waistline, run the tape under your legs and finish at the centre of the back waistline.</w:t>
            </w:r>
          </w:p>
          <w:p w:rsidR="002A140A" w:rsidRPr="00505348" w:rsidRDefault="0001475D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6F5DD5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lastRenderedPageBreak/>
              <w:drawing>
                <wp:inline distT="0" distB="0" distL="0" distR="0">
                  <wp:extent cx="2628900" cy="2676525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m14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6F5DD5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Pant Length</w:t>
            </w:r>
          </w:p>
          <w:p w:rsidR="002A140A" w:rsidRPr="00505348" w:rsidRDefault="006F5DD5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the full length down the sid</w:t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e, starting at the top and finishing at the bottom of your foot.</w:t>
            </w:r>
          </w:p>
          <w:p w:rsidR="002A140A" w:rsidRPr="00505348" w:rsidRDefault="006F5DD5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6F5DD5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m15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6F5DD5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Thigh</w:t>
            </w:r>
          </w:p>
          <w:p w:rsidR="002A140A" w:rsidRPr="00505348" w:rsidRDefault="006F5DD5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Measure around your thigh as high up the leg as possible, right at the crotch.</w:t>
            </w:r>
          </w:p>
          <w:p w:rsidR="002A140A" w:rsidRPr="00505348" w:rsidRDefault="006F5DD5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6F5DD5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m16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25A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Knee</w:t>
            </w:r>
            <w:r w:rsidR="006F5DD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2A140A" w:rsidRPr="00505348" w:rsidRDefault="00525A48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>Wrap the tape around the knee while keeping the leg straight.</w:t>
            </w:r>
          </w:p>
          <w:p w:rsidR="002A140A" w:rsidRPr="00505348" w:rsidRDefault="006F5DD5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6F5DD5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lastRenderedPageBreak/>
              <w:drawing>
                <wp:inline distT="0" distB="0" distL="0" distR="0">
                  <wp:extent cx="2628900" cy="2676525"/>
                  <wp:effectExtent l="0" t="0" r="0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m17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6F5DD5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Calf</w:t>
            </w:r>
          </w:p>
          <w:p w:rsidR="002A140A" w:rsidRPr="00505348" w:rsidRDefault="006F5DD5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Measure around the calf at the widest point, </w:t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usually about three-quarters of the way down the lower leg.</w:t>
            </w:r>
          </w:p>
          <w:p w:rsidR="002A140A" w:rsidRPr="00505348" w:rsidRDefault="006F5DD5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  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6516"/>
      </w:tblGrid>
      <w:tr w:rsidR="002A140A" w:rsidRPr="00505348">
        <w:trPr>
          <w:jc w:val="center"/>
        </w:trPr>
        <w:tc>
          <w:tcPr>
            <w:tcW w:w="2952" w:type="dxa"/>
            <w:shd w:val="clear" w:color="auto" w:fill="F7F7F7"/>
          </w:tcPr>
          <w:p w:rsidR="002A140A" w:rsidRPr="00505348" w:rsidRDefault="006F5DD5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noProof/>
                <w:sz w:val="28"/>
                <w:szCs w:val="28"/>
                <w:lang w:bidi="th-TH"/>
              </w:rPr>
              <w:drawing>
                <wp:inline distT="0" distB="0" distL="0" distR="0">
                  <wp:extent cx="2628900" cy="2676525"/>
                  <wp:effectExtent l="0" t="0" r="0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m18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6F5DD5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Pant Bottom</w:t>
            </w:r>
          </w:p>
          <w:p w:rsidR="002A140A" w:rsidRPr="00505348" w:rsidRDefault="006F5DD5">
            <w:pPr>
              <w:spacing w:after="6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sz w:val="28"/>
                <w:szCs w:val="28"/>
              </w:rPr>
              <w:t>This varies according to trouser style. Measure across the bottom hem of one trouser leg.</w:t>
            </w:r>
          </w:p>
          <w:p w:rsidR="002A140A" w:rsidRPr="00505348" w:rsidRDefault="006F5DD5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</w:t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____________________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inches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7D09D9">
        <w:trPr>
          <w:trHeight w:val="780"/>
          <w:jc w:val="center"/>
        </w:trPr>
        <w:tc>
          <w:tcPr>
            <w:tcW w:w="10656" w:type="dxa"/>
            <w:shd w:val="clear" w:color="auto" w:fill="222222"/>
            <w:vAlign w:val="center"/>
          </w:tcPr>
          <w:p w:rsidR="002A140A" w:rsidRPr="00505348" w:rsidRDefault="00525A48">
            <w:pPr>
              <w:spacing w:after="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color w:val="FFFFFF"/>
                <w:sz w:val="28"/>
                <w:szCs w:val="28"/>
              </w:rPr>
              <w:t>3. STYLE / FIT NOTES</w:t>
            </w:r>
          </w:p>
        </w:tc>
      </w:tr>
    </w:tbl>
    <w:p w:rsidR="002A140A" w:rsidRPr="00505348" w:rsidRDefault="002A140A">
      <w:pPr>
        <w:spacing w:after="2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7D09D9">
        <w:trPr>
          <w:trHeight w:val="526"/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Preferred Fit: 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Slim  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Regular  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Comfort</w:t>
            </w:r>
          </w:p>
        </w:tc>
      </w:tr>
      <w:tr w:rsidR="002A140A" w:rsidRPr="00505348">
        <w:trPr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7D09D9">
        <w:trPr>
          <w:trHeight w:val="550"/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Garment Details / Style / Fabric / Colour:</w:t>
            </w:r>
          </w:p>
        </w:tc>
      </w:tr>
      <w:tr w:rsidR="002A140A" w:rsidRPr="00505348">
        <w:trPr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7D09D9">
        <w:trPr>
          <w:trHeight w:val="511"/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Special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Instructions or Existing Garment Reference:</w:t>
            </w:r>
          </w:p>
        </w:tc>
      </w:tr>
      <w:tr w:rsidR="002A140A" w:rsidRPr="00505348">
        <w:trPr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>
        <w:trPr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Additional Notes:</w:t>
            </w:r>
          </w:p>
        </w:tc>
      </w:tr>
      <w:tr w:rsidR="002A140A" w:rsidRPr="00505348" w:rsidTr="007D09D9">
        <w:trPr>
          <w:trHeight w:val="1621"/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2A140A" w:rsidRPr="00505348" w:rsidRDefault="00525A48">
      <w:pPr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i/>
          <w:sz w:val="28"/>
          <w:szCs w:val="28"/>
        </w:rPr>
        <w:t>Inter-Milan Bespoke Tailor • Please save the completed Word document and return it to us.</w:t>
      </w:r>
    </w:p>
    <w:sectPr w:rsidR="002A140A" w:rsidRPr="00505348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Jasmine New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75D"/>
    <w:rsid w:val="00034616"/>
    <w:rsid w:val="0006063C"/>
    <w:rsid w:val="0015074B"/>
    <w:rsid w:val="0029639D"/>
    <w:rsid w:val="002A140A"/>
    <w:rsid w:val="00326F90"/>
    <w:rsid w:val="00362186"/>
    <w:rsid w:val="00505348"/>
    <w:rsid w:val="00525A48"/>
    <w:rsid w:val="006F5DD5"/>
    <w:rsid w:val="007D09D9"/>
    <w:rsid w:val="00AA1D8D"/>
    <w:rsid w:val="00B47730"/>
    <w:rsid w:val="00BE303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8E40780-C686-4E61-A39F-62D975DC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237648-E55A-4DF4-AA02-28B897558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2026-10-26T16:04:00Z</dcterms:created>
  <dcterms:modified xsi:type="dcterms:W3CDTF">2026-10-26T16:04:00Z</dcterms:modified>
  <cp:category/>
</cp:coreProperties>
</file>